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7682C" w14:textId="77777777" w:rsidR="00E87BFF" w:rsidRPr="008858EA" w:rsidRDefault="005B1836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8858EA">
        <w:rPr>
          <w:rFonts w:ascii="Times New Roman" w:hAnsi="Times New Roman" w:cs="Times New Roman"/>
          <w:b/>
          <w:sz w:val="24"/>
          <w:szCs w:val="24"/>
        </w:rPr>
        <w:t>FIRAT ÜNİVERSİTESİ DİŞ HEKİMLİĞİ FAKÜLTESİ HAFTALIK DERS PROGRAMI</w:t>
      </w:r>
    </w:p>
    <w:p w14:paraId="0E0413C3" w14:textId="77777777" w:rsidR="00E87BFF" w:rsidRPr="008858EA" w:rsidRDefault="005B1836">
      <w:pPr>
        <w:spacing w:after="240" w:line="288" w:lineRule="auto"/>
        <w:rPr>
          <w:rFonts w:ascii="Times New Roman" w:hAnsi="Times New Roman" w:cs="Times New Roman"/>
          <w:sz w:val="24"/>
          <w:szCs w:val="24"/>
        </w:rPr>
      </w:pPr>
      <w:r w:rsidRPr="008858EA">
        <w:rPr>
          <w:rFonts w:ascii="Times New Roman" w:hAnsi="Times New Roman" w:cs="Times New Roman"/>
          <w:b/>
          <w:sz w:val="24"/>
          <w:szCs w:val="24"/>
        </w:rPr>
        <w:t>BÖLÜM ADI</w:t>
      </w:r>
      <w:r w:rsidRPr="008858EA">
        <w:rPr>
          <w:rFonts w:ascii="Times New Roman" w:hAnsi="Times New Roman" w:cs="Times New Roman"/>
          <w:b/>
          <w:sz w:val="24"/>
          <w:szCs w:val="24"/>
        </w:rPr>
        <w:tab/>
        <w:t>: PROTEZ</w:t>
      </w:r>
      <w:r w:rsidRPr="008858EA">
        <w:rPr>
          <w:rFonts w:ascii="Times New Roman" w:hAnsi="Times New Roman" w:cs="Times New Roman"/>
          <w:b/>
          <w:sz w:val="24"/>
          <w:szCs w:val="24"/>
        </w:rPr>
        <w:br/>
        <w:t>SINIF</w:t>
      </w:r>
      <w:r w:rsidRPr="008858EA">
        <w:rPr>
          <w:rFonts w:ascii="Times New Roman" w:hAnsi="Times New Roman" w:cs="Times New Roman"/>
          <w:b/>
          <w:sz w:val="24"/>
          <w:szCs w:val="24"/>
        </w:rPr>
        <w:tab/>
      </w:r>
      <w:r w:rsidRPr="008858EA">
        <w:rPr>
          <w:rFonts w:ascii="Times New Roman" w:hAnsi="Times New Roman" w:cs="Times New Roman"/>
          <w:b/>
          <w:sz w:val="24"/>
          <w:szCs w:val="24"/>
        </w:rPr>
        <w:tab/>
        <w:t xml:space="preserve">: 3. </w:t>
      </w:r>
      <w:proofErr w:type="spellStart"/>
      <w:r w:rsidRPr="008858EA">
        <w:rPr>
          <w:rFonts w:ascii="Times New Roman" w:hAnsi="Times New Roman" w:cs="Times New Roman"/>
          <w:b/>
          <w:sz w:val="24"/>
          <w:szCs w:val="24"/>
        </w:rPr>
        <w:t>Sınıf</w:t>
      </w:r>
      <w:proofErr w:type="spellEnd"/>
      <w:r w:rsidRPr="008858EA">
        <w:rPr>
          <w:rFonts w:ascii="Times New Roman" w:hAnsi="Times New Roman" w:cs="Times New Roman"/>
          <w:b/>
          <w:sz w:val="24"/>
          <w:szCs w:val="24"/>
        </w:rPr>
        <w:br/>
        <w:t>DÖNEMİ</w:t>
      </w:r>
      <w:r w:rsidRPr="008858EA">
        <w:rPr>
          <w:rFonts w:ascii="Times New Roman" w:hAnsi="Times New Roman" w:cs="Times New Roman"/>
          <w:b/>
          <w:sz w:val="24"/>
          <w:szCs w:val="24"/>
        </w:rPr>
        <w:tab/>
        <w:t>: 2025-2026 GÜZ / BAHAR DÖNEMİ DERSLERİ</w:t>
      </w:r>
    </w:p>
    <w:p w14:paraId="4D76E705" w14:textId="77777777" w:rsidR="00E87BFF" w:rsidRPr="008858EA" w:rsidRDefault="005B1836">
      <w:pPr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8858EA">
        <w:rPr>
          <w:rFonts w:ascii="Times New Roman" w:hAnsi="Times New Roman" w:cs="Times New Roman"/>
          <w:b/>
          <w:sz w:val="24"/>
          <w:szCs w:val="24"/>
        </w:rPr>
        <w:t>1. DÖNEM (GÜZ DÖNEMİ)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4320"/>
        <w:gridCol w:w="3240"/>
      </w:tblGrid>
      <w:tr w:rsidR="00E87BFF" w:rsidRPr="008858EA" w14:paraId="2739ACF3" w14:textId="77777777" w:rsidTr="00A97809">
        <w:trPr>
          <w:cantSplit/>
          <w:tblHeader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5899A15" w14:textId="77777777" w:rsidR="00B40C5B" w:rsidRDefault="00000000">
            <w:r>
              <w:rPr>
                <w:rFonts w:ascii="Times New Roman" w:eastAsia="Times New Roman" w:hAnsi="Times New Roman"/>
                <w:b/>
                <w:sz w:val="24"/>
              </w:rPr>
              <w:t>Hafta / Tarih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AE90DB7" w14:textId="77777777" w:rsidR="00B40C5B" w:rsidRDefault="00000000">
            <w:r>
              <w:rPr>
                <w:rFonts w:ascii="Times New Roman" w:eastAsia="Times New Roman" w:hAnsi="Times New Roman"/>
                <w:b/>
                <w:sz w:val="24"/>
              </w:rPr>
              <w:t>Konu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9C00983" w14:textId="77777777" w:rsidR="00B40C5B" w:rsidRDefault="00000000">
            <w:r>
              <w:rPr>
                <w:rFonts w:ascii="Times New Roman" w:eastAsia="Times New Roman" w:hAnsi="Times New Roman"/>
                <w:b/>
                <w:sz w:val="24"/>
              </w:rPr>
              <w:t>Dersi Veren Öğretim Üyesi</w:t>
            </w:r>
          </w:p>
        </w:tc>
      </w:tr>
      <w:tr w:rsidR="00E87BFF" w:rsidRPr="008858EA" w14:paraId="3C4BEE90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AACAF41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22-26.09.2025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DCC4DAA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Sabit Protezlere Giriş, Ağız Muayenesi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1CC7908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4D9E362B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80BEF2A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2.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29.09-03.10.2025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CE30AD5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Dental Oklüzyonun Esasları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D23486B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5E1E8981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990EEDB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3.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06-10.10.2025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58281C3A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Artikülatörler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5CFC0A7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5847608C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548DF49A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4.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13-17.10.2025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4ED9082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Preparasyon Aletleri ve Etkileri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8CDBFE5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4A85D240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54FC914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5.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20-24.10.2025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0E1E586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Preparasyon Aletleri ve Etkileri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52F16AE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6764F82C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ADFAE34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6.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27-31.10.2025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22AC946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Preparasyon Esasları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E7847BC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14FE7086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7919A02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7.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03-07.11.2025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7CE1964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Preparasyon Esasları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58B0E2ED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0C228E7F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02F70AB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8.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10-14.11.2025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3701F523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Diş Preparasyonu ve Materyallerin Dokulara Etkileri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1260F37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266B5B3A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4C145A0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9.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17-21.11.2025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598DA67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Diş Preparasyonu ve Materyallerin Dokulara Etkileri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3FF5BA2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0FAF3EAB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F977FD5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10.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24-28.11.2025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20FFE52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Sabit Protez Tasarımları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A9C77DD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5CB07AA6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5103D061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11.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01-05.12.2025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A5E042A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Sabit Protez Tasarımları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3D27A74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6C620848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95E0938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12.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08-12.12.2025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7949E29" w14:textId="77777777" w:rsidR="00B40C5B" w:rsidRDefault="00000000">
            <w:r>
              <w:rPr>
                <w:rFonts w:ascii="Times New Roman" w:eastAsia="Times New Roman" w:hAnsi="Times New Roman"/>
                <w:b/>
                <w:sz w:val="24"/>
              </w:rPr>
              <w:t>VİZE HAFTASI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B844544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-</w:t>
            </w:r>
          </w:p>
        </w:tc>
      </w:tr>
      <w:tr w:rsidR="00E87BFF" w:rsidRPr="008858EA" w14:paraId="1B2FEC3D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7E4B669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13.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15-19.12.2025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C367E2F" w14:textId="77777777" w:rsidR="00B40C5B" w:rsidRDefault="00000000">
            <w:r>
              <w:rPr>
                <w:rFonts w:ascii="Times New Roman" w:eastAsia="Times New Roman" w:hAnsi="Times New Roman"/>
                <w:b/>
                <w:sz w:val="24"/>
              </w:rPr>
              <w:t>VİZE HAFTASI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193B914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-</w:t>
            </w:r>
          </w:p>
        </w:tc>
      </w:tr>
      <w:tr w:rsidR="00E87BFF" w:rsidRPr="008858EA" w14:paraId="6C58EB2C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886ADF1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14.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22-26.12.2025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1CBA400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Dişeti Retraksiyonu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C5F3A9F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2CE9A6BD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A42E475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15.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29.12.2025-02.01.2026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3431E84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Dişeti Retraksiyonu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0F688C5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717C25B8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AAE6AD7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16.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05-09.01.2026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30458D34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Ölçü Maddeleri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746C839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4BD44712" w14:textId="77777777" w:rsidTr="00A97809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2BFFD27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17.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12-16.01.2026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5A5F9E01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Ölçü Maddeleri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13D683A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</w:tbl>
    <w:p w14:paraId="29B75AC0" w14:textId="77777777" w:rsidR="00E87BFF" w:rsidRPr="008858EA" w:rsidRDefault="005B1836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858EA">
        <w:rPr>
          <w:rFonts w:ascii="Times New Roman" w:hAnsi="Times New Roman" w:cs="Times New Roman"/>
          <w:b/>
          <w:sz w:val="24"/>
          <w:szCs w:val="24"/>
        </w:rPr>
        <w:t>16.01.2026 DÖNEM SONU</w:t>
      </w:r>
    </w:p>
    <w:p w14:paraId="7A215016" w14:textId="77777777" w:rsidR="00E87BFF" w:rsidRPr="008858EA" w:rsidRDefault="005B1836">
      <w:pPr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8858EA">
        <w:rPr>
          <w:rFonts w:ascii="Times New Roman" w:hAnsi="Times New Roman" w:cs="Times New Roman"/>
          <w:b/>
          <w:sz w:val="24"/>
          <w:szCs w:val="24"/>
        </w:rPr>
        <w:t>2. DÖNEM (BAHAR DÖNEMİ)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4320"/>
        <w:gridCol w:w="3240"/>
      </w:tblGrid>
      <w:tr w:rsidR="00E87BFF" w:rsidRPr="008858EA" w14:paraId="5F2DB877" w14:textId="77777777" w:rsidTr="00D71035">
        <w:trPr>
          <w:cantSplit/>
          <w:tblHeader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B0A621D" w14:textId="77777777" w:rsidR="00B40C5B" w:rsidRDefault="00000000">
            <w:r>
              <w:rPr>
                <w:rFonts w:ascii="Times New Roman" w:eastAsia="Times New Roman" w:hAnsi="Times New Roman"/>
                <w:b/>
                <w:sz w:val="24"/>
              </w:rPr>
              <w:t>Hafta / Tarih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862D19F" w14:textId="77777777" w:rsidR="00B40C5B" w:rsidRDefault="00000000">
            <w:r>
              <w:rPr>
                <w:rFonts w:ascii="Times New Roman" w:eastAsia="Times New Roman" w:hAnsi="Times New Roman"/>
                <w:b/>
                <w:sz w:val="24"/>
              </w:rPr>
              <w:t>Konu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52108791" w14:textId="77777777" w:rsidR="00B40C5B" w:rsidRDefault="00000000">
            <w:r>
              <w:rPr>
                <w:rFonts w:ascii="Times New Roman" w:eastAsia="Times New Roman" w:hAnsi="Times New Roman"/>
                <w:b/>
                <w:sz w:val="24"/>
              </w:rPr>
              <w:t>Dersi Veren Öğretim Üyesi</w:t>
            </w:r>
          </w:p>
        </w:tc>
      </w:tr>
      <w:tr w:rsidR="00E87BFF" w:rsidRPr="008858EA" w14:paraId="6179CB56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80A918E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02-06.02.2026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87EFD1B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Porselen-Metal Kronlar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AC0CCB3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6A0E611D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87A9A0E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lastRenderedPageBreak/>
              <w:t>2.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09-13.02.2026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3274CF92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Porselen-Metal Kronlar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64BEEA1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5845075E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4B09271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3.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16-20.02.2026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4EECB06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Inley ve Onlay Kronlar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7EF7415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3770105E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B3894C3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4.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23-27.02.2026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4AFE117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Inley ve Onlay Kronlar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A5B30E9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7AB78C13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130C90D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5.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02-06.03.2026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79DEEEF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Köprüler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0E42049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4DAD55D2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E85A2F8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6.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09-13.03.2026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7C9FDDB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Köprüler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3B1C747B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5CF4E95D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DC2298A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7.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16-20.03.2026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CC05B36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Köprü Gövdeleri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A781CC8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40EFEF53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3AA98447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8.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23-27.03.2026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4447C6D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Kron içi tutucular ve pinler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26612E7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1FABD74F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FBD20F6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9.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30.03-03.04.2026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5A66718" w14:textId="32A65CD7" w:rsidR="00B40C5B" w:rsidRPr="00605CD1" w:rsidRDefault="0060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C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Makale – </w:t>
            </w:r>
            <w:proofErr w:type="spellStart"/>
            <w:r w:rsidRPr="00605CD1">
              <w:rPr>
                <w:rFonts w:ascii="Times New Roman" w:hAnsi="Times New Roman" w:cs="Times New Roman"/>
                <w:bCs/>
                <w:sz w:val="24"/>
                <w:szCs w:val="24"/>
              </w:rPr>
              <w:t>Seminer</w:t>
            </w:r>
            <w:proofErr w:type="spellEnd"/>
            <w:r w:rsidRPr="00605C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Vaka </w:t>
            </w:r>
            <w:proofErr w:type="spellStart"/>
            <w:r w:rsidRPr="00605CD1">
              <w:rPr>
                <w:rFonts w:ascii="Times New Roman" w:hAnsi="Times New Roman" w:cs="Times New Roman"/>
                <w:bCs/>
                <w:sz w:val="24"/>
                <w:szCs w:val="24"/>
              </w:rPr>
              <w:t>Dersi</w:t>
            </w:r>
            <w:proofErr w:type="spellEnd"/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BCDC281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7AF10D5E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E6FC2B3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10.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06-10.04.2026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08D0E11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Yapıştırma Simanları ve Simantasyon İşlemi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E616F20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0CF82AB2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C9ABAD3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11.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13-17.04.2026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6FDE4E1" w14:textId="77777777" w:rsidR="00B40C5B" w:rsidRDefault="00000000">
            <w:r>
              <w:rPr>
                <w:rFonts w:ascii="Times New Roman" w:eastAsia="Times New Roman" w:hAnsi="Times New Roman"/>
                <w:b/>
                <w:sz w:val="24"/>
              </w:rPr>
              <w:t>VİZE HAFTASI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542565D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-</w:t>
            </w:r>
          </w:p>
        </w:tc>
      </w:tr>
      <w:tr w:rsidR="00E87BFF" w:rsidRPr="008858EA" w14:paraId="6739F137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78A9A59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12.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21-25.04.2026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B501E34" w14:textId="77777777" w:rsidR="00B40C5B" w:rsidRDefault="00000000">
            <w:r>
              <w:rPr>
                <w:rFonts w:ascii="Times New Roman" w:eastAsia="Times New Roman" w:hAnsi="Times New Roman"/>
                <w:b/>
                <w:sz w:val="24"/>
              </w:rPr>
              <w:t>VİZE HAFTASI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BA36A83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-</w:t>
            </w:r>
          </w:p>
        </w:tc>
      </w:tr>
      <w:tr w:rsidR="00E87BFF" w:rsidRPr="008858EA" w14:paraId="37FA565B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34E7ABB7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13.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27.04-01.05.2026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36B35210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Yapıştırma Simanları ve Simantasyon İşlemi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8600DB3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316FA58F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9CFC218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14.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04-08.05.2026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5255CECF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Diş Rengi Seçimi ve Estetik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40EBCEF7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018854E5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232F31E6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15.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11-15.05.2026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499FAF3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Tam Seramik Kronlar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23D378A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4A8846C0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62D8BAA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16.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18-22.05.2026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7C53EB9D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Parsiyel Seramik Kronlar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3A82E497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  <w:tr w:rsidR="00E87BFF" w:rsidRPr="008858EA" w14:paraId="71ECFEE7" w14:textId="77777777" w:rsidTr="00D71035">
        <w:trPr>
          <w:cantSplit/>
        </w:trPr>
        <w:tc>
          <w:tcPr>
            <w:tcW w:w="288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690F220B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17. Hafta</w:t>
            </w:r>
            <w:r>
              <w:rPr>
                <w:rFonts w:ascii="Times New Roman" w:eastAsia="Times New Roman" w:hAnsi="Times New Roman"/>
                <w:sz w:val="24"/>
              </w:rPr>
              <w:br/>
              <w:t>25-29.05.2026</w:t>
            </w:r>
          </w:p>
        </w:tc>
        <w:tc>
          <w:tcPr>
            <w:tcW w:w="432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0499E83A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Porselen Laminat Kronlar</w:t>
            </w:r>
          </w:p>
        </w:tc>
        <w:tc>
          <w:tcPr>
            <w:tcW w:w="3240" w:type="dxa"/>
            <w:tcMar>
              <w:top w:w="20" w:type="dxa"/>
              <w:left w:w="90" w:type="dxa"/>
              <w:bottom w:w="20" w:type="dxa"/>
              <w:right w:w="90" w:type="dxa"/>
            </w:tcMar>
            <w:vAlign w:val="center"/>
          </w:tcPr>
          <w:p w14:paraId="1F6E9F96" w14:textId="77777777" w:rsidR="00B40C5B" w:rsidRDefault="00000000">
            <w:r>
              <w:rPr>
                <w:rFonts w:ascii="Times New Roman" w:eastAsia="Times New Roman" w:hAnsi="Times New Roman"/>
                <w:sz w:val="24"/>
              </w:rPr>
              <w:t>DOÇ.DR. EYYÜP ALTINTAŞ</w:t>
            </w:r>
          </w:p>
        </w:tc>
      </w:tr>
    </w:tbl>
    <w:p w14:paraId="2BFBD3B6" w14:textId="77777777" w:rsidR="00E87BFF" w:rsidRPr="008858EA" w:rsidRDefault="00E87BFF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sectPr w:rsidR="00E87BFF" w:rsidRPr="008858EA" w:rsidSect="00034616">
      <w:pgSz w:w="11909" w:h="16834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1858199">
    <w:abstractNumId w:val="8"/>
  </w:num>
  <w:num w:numId="2" w16cid:durableId="1171142281">
    <w:abstractNumId w:val="6"/>
  </w:num>
  <w:num w:numId="3" w16cid:durableId="572550488">
    <w:abstractNumId w:val="5"/>
  </w:num>
  <w:num w:numId="4" w16cid:durableId="2090541912">
    <w:abstractNumId w:val="4"/>
  </w:num>
  <w:num w:numId="5" w16cid:durableId="2118594534">
    <w:abstractNumId w:val="7"/>
  </w:num>
  <w:num w:numId="6" w16cid:durableId="570654071">
    <w:abstractNumId w:val="3"/>
  </w:num>
  <w:num w:numId="7" w16cid:durableId="1840344179">
    <w:abstractNumId w:val="2"/>
  </w:num>
  <w:num w:numId="8" w16cid:durableId="596400227">
    <w:abstractNumId w:val="1"/>
  </w:num>
  <w:num w:numId="9" w16cid:durableId="1839227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008C"/>
    <w:rsid w:val="0015074B"/>
    <w:rsid w:val="001D0A6D"/>
    <w:rsid w:val="0029639D"/>
    <w:rsid w:val="00326F90"/>
    <w:rsid w:val="005B1836"/>
    <w:rsid w:val="00605CD1"/>
    <w:rsid w:val="008858EA"/>
    <w:rsid w:val="00A97809"/>
    <w:rsid w:val="00AA1D8D"/>
    <w:rsid w:val="00B40C5B"/>
    <w:rsid w:val="00B475F0"/>
    <w:rsid w:val="00B47730"/>
    <w:rsid w:val="00C756B8"/>
    <w:rsid w:val="00CB0664"/>
    <w:rsid w:val="00D71035"/>
    <w:rsid w:val="00E87B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9C733"/>
  <w14:defaultImageDpi w14:val="300"/>
  <w15:docId w15:val="{BABF1BE3-1E98-F549-A199-E690960D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2339</Characters>
  <Application>Microsoft Office Word</Application>
  <DocSecurity>0</DocSecurity>
  <Lines>155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Güler yıldırım</cp:lastModifiedBy>
  <cp:revision>7</cp:revision>
  <dcterms:created xsi:type="dcterms:W3CDTF">2026-07-07T15:54:00Z</dcterms:created>
  <dcterms:modified xsi:type="dcterms:W3CDTF">2026-07-13T09:22:00Z</dcterms:modified>
  <cp:category/>
</cp:coreProperties>
</file>